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61ACDBF4" w:rsidR="00E25052" w:rsidRDefault="00201AC0">
            <w:pPr>
              <w:keepNext/>
              <w:jc w:val="center"/>
              <w:rPr>
                <w:i/>
                <w:color w:val="595959"/>
              </w:rPr>
            </w:pPr>
            <w:r>
              <w:rPr>
                <w:noProof/>
              </w:rPr>
              <w:drawing>
                <wp:inline distT="0" distB="0" distL="0" distR="0" wp14:anchorId="3F7F0864" wp14:editId="0771BBA0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BFC29CB" w:rsidR="00E25052" w:rsidRPr="00E0226F" w:rsidRDefault="00787A87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E0226F">
              <w:rPr>
                <w:b/>
                <w:color w:val="0D5F78"/>
              </w:rPr>
              <w:t xml:space="preserve"> </w:t>
            </w:r>
            <w:r w:rsidR="00E0226F" w:rsidRPr="00E0226F">
              <w:rPr>
                <w:b/>
              </w:rPr>
              <w:t>TELEORMAN</w:t>
            </w:r>
          </w:p>
          <w:p w14:paraId="1F74738E" w14:textId="77777777" w:rsidR="00E25052" w:rsidRDefault="00E25052">
            <w:pPr>
              <w:keepNext/>
            </w:pP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64AF4FFE" w:rsidR="00E25052" w:rsidRPr="00E0226F" w:rsidRDefault="00787A87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E0226F">
              <w:rPr>
                <w:b/>
                <w:color w:val="0D5F78"/>
              </w:rPr>
              <w:t xml:space="preserve"> </w:t>
            </w:r>
            <w:bookmarkStart w:id="0" w:name="_GoBack"/>
            <w:r w:rsidR="00E0226F" w:rsidRPr="00E0226F">
              <w:rPr>
                <w:b/>
              </w:rPr>
              <w:t>PRIMARIA ORASULUI VIDELE</w:t>
            </w:r>
          </w:p>
          <w:bookmarkEnd w:id="0"/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787A87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2ECEACE6" w14:textId="403E6B39" w:rsidR="00E25052" w:rsidRPr="00F801F2" w:rsidRDefault="00E0226F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32939494" w14:textId="77777777" w:rsidR="00E0226F" w:rsidRDefault="00E0226F" w:rsidP="00E0226F">
            <w:pPr>
              <w:keepNext/>
            </w:pPr>
            <w:r>
              <w:t xml:space="preserve">ORAS VIDELE, STRADA REPUBLICII, NR. 2, TEL. 0247453017, </w:t>
            </w:r>
          </w:p>
          <w:p w14:paraId="78A52A4D" w14:textId="3E899C4F" w:rsidR="00E25052" w:rsidRDefault="00E0226F" w:rsidP="00E0226F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787A87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787A87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787A8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787A87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Instituția</w:t>
            </w:r>
          </w:p>
          <w:p w14:paraId="5C4842F2" w14:textId="77777777" w:rsidR="00E25052" w:rsidRPr="00F801F2" w:rsidRDefault="00787A87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787A87">
            <w:pPr>
              <w:spacing w:line="228" w:lineRule="auto"/>
              <w:rPr>
                <w:lang w:val="fr-FR"/>
              </w:rPr>
            </w:pPr>
            <w:r w:rsidRPr="00F801F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787A87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787A8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787A8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787A8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787A8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787A87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787A87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787A87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787A87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787A87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787A87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787A87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787A87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14:paraId="4088464C" w14:textId="77777777" w:rsidR="00E25052" w:rsidRPr="00F801F2" w:rsidRDefault="00787A87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787A8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787A87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funciară actualizat, anexat     </w:t>
            </w:r>
          </w:p>
          <w:p w14:paraId="4D8DB8B6" w14:textId="6B074625" w:rsidR="00E25052" w:rsidRPr="00F8517F" w:rsidRDefault="00787A87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 plan de încadrare în zonă în sistem Stereo 70, anexat</w:t>
            </w:r>
            <w:r w:rsidR="00F8517F" w:rsidRPr="00F8517F">
              <w:rPr>
                <w:sz w:val="16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787A87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787A87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787A87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787A87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787A87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787A87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003B4E" w14:textId="77777777" w:rsidR="00C900FE" w:rsidRDefault="00C900FE">
      <w:r>
        <w:separator/>
      </w:r>
    </w:p>
  </w:endnote>
  <w:endnote w:type="continuationSeparator" w:id="0">
    <w:p w14:paraId="7483F37C" w14:textId="77777777" w:rsidR="00C900FE" w:rsidRDefault="00C90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0226F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0226F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503EA" w14:textId="77777777" w:rsidR="00C900FE" w:rsidRDefault="00C900FE">
      <w:r>
        <w:separator/>
      </w:r>
    </w:p>
  </w:footnote>
  <w:footnote w:type="continuationSeparator" w:id="0">
    <w:p w14:paraId="55D62479" w14:textId="77777777" w:rsidR="00C900FE" w:rsidRDefault="00C900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67F69" w14:textId="36FCFEB1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55B4"/>
    <w:rsid w:val="0015074B"/>
    <w:rsid w:val="00201AC0"/>
    <w:rsid w:val="0021562A"/>
    <w:rsid w:val="0029639D"/>
    <w:rsid w:val="00326F90"/>
    <w:rsid w:val="006C103E"/>
    <w:rsid w:val="00763A7C"/>
    <w:rsid w:val="00787A87"/>
    <w:rsid w:val="00861954"/>
    <w:rsid w:val="009B5021"/>
    <w:rsid w:val="00AA1D8D"/>
    <w:rsid w:val="00B16250"/>
    <w:rsid w:val="00B47730"/>
    <w:rsid w:val="00C900FE"/>
    <w:rsid w:val="00CB0664"/>
    <w:rsid w:val="00E0226F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1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DBE88F-AED2-4A36-9FAB-57771B1F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1791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5</cp:revision>
  <dcterms:created xsi:type="dcterms:W3CDTF">2013-12-23T23:15:00Z</dcterms:created>
  <dcterms:modified xsi:type="dcterms:W3CDTF">2026-09-23T11:29:00Z</dcterms:modified>
  <cp:category/>
</cp:coreProperties>
</file>